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D98A1" w14:textId="77777777" w:rsidR="00C50212" w:rsidRDefault="00000000">
      <w:pPr>
        <w:pStyle w:val="Title"/>
      </w:pPr>
      <w:r>
        <w:t>Budi Suryadi</w:t>
      </w:r>
    </w:p>
    <w:p w14:paraId="2095284A" w14:textId="77777777" w:rsidR="00C50212" w:rsidRDefault="00000000">
      <w:r>
        <w:t>Technical Lead | Senior Backend Engineer</w:t>
      </w:r>
    </w:p>
    <w:p w14:paraId="15376385" w14:textId="2C2BE826" w:rsidR="00C50212" w:rsidRDefault="00000000">
      <w:r>
        <w:t>📍 Jakarta, Indonesia | 📱 +628</w:t>
      </w:r>
      <w:r w:rsidR="00E460FC">
        <w:t>38157957</w:t>
      </w:r>
      <w:r w:rsidR="00CF77C5">
        <w:t>7</w:t>
      </w:r>
      <w:r w:rsidR="00E460FC">
        <w:t>6</w:t>
      </w:r>
      <w:r>
        <w:t xml:space="preserve"> | 📧 budi.suryad</w:t>
      </w:r>
      <w:r w:rsidR="00E460FC">
        <w:t>i2712@gmail.com</w:t>
      </w:r>
    </w:p>
    <w:p w14:paraId="08F1A77B" w14:textId="61A6EA7E" w:rsidR="00C50212" w:rsidRDefault="00000000">
      <w:r>
        <w:rPr>
          <w:rFonts w:ascii="Apple Color Emoji" w:hAnsi="Apple Color Emoji" w:cs="Apple Color Emoji"/>
        </w:rPr>
        <w:t>💼</w:t>
      </w:r>
      <w:r>
        <w:t xml:space="preserve"> linkedin.com/in/budi-suryadi | </w:t>
      </w:r>
      <w:r>
        <w:rPr>
          <w:rFonts w:ascii="Apple Color Emoji" w:hAnsi="Apple Color Emoji" w:cs="Apple Color Emoji"/>
        </w:rPr>
        <w:t>💻</w:t>
      </w:r>
      <w:r>
        <w:t xml:space="preserve"> github.com/</w:t>
      </w:r>
      <w:r w:rsidR="00E460FC">
        <w:t>bud127</w:t>
      </w:r>
      <w:r>
        <w:t xml:space="preserve"> | </w:t>
      </w:r>
      <w:r>
        <w:rPr>
          <w:rFonts w:ascii="Apple Color Emoji" w:hAnsi="Apple Color Emoji" w:cs="Apple Color Emoji"/>
        </w:rPr>
        <w:t>🌐</w:t>
      </w:r>
      <w:r>
        <w:t xml:space="preserve"> www.budisuryad</w:t>
      </w:r>
      <w:r w:rsidR="00B73F2F">
        <w:t>i</w:t>
      </w:r>
      <w:r w:rsidR="00E460FC">
        <w:t>.my.id</w:t>
      </w:r>
    </w:p>
    <w:p w14:paraId="39B2DC12" w14:textId="77777777" w:rsidR="00C50212" w:rsidRDefault="00000000">
      <w:pPr>
        <w:pStyle w:val="Heading1"/>
      </w:pPr>
      <w:r>
        <w:t>Professional Summary</w:t>
      </w:r>
    </w:p>
    <w:p w14:paraId="1DB175D5" w14:textId="77777777" w:rsidR="00C50212" w:rsidRDefault="00000000">
      <w:r>
        <w:t>Senior Backend Engineer and Technical Lead with 10+ years of experience delivering enterprise applications, microservices, workflow automation, DevOps platforms, and cloud-native solutions across Banking, Lending, Payments, Fintech, Insurance, Identity Management, Fraud Verification, and Open Banking domains. Experienced in System Design, Solution Architecture, API Design, Enterprise Integration, Event-Driven Architecture, DevOps, DevSecOps, and Agile Scrum.</w:t>
      </w:r>
    </w:p>
    <w:p w14:paraId="3C02374F" w14:textId="77777777" w:rsidR="00C50212" w:rsidRDefault="00000000">
      <w:pPr>
        <w:pStyle w:val="Heading1"/>
      </w:pPr>
      <w:r>
        <w:t>Key Achievements</w:t>
      </w:r>
    </w:p>
    <w:p w14:paraId="3C109DC1" w14:textId="77777777" w:rsidR="00C50212" w:rsidRDefault="00000000">
      <w:pPr>
        <w:pStyle w:val="ListBullet"/>
      </w:pPr>
      <w:r>
        <w:t>Led 3 engineers across 7 business-critical microservices.</w:t>
      </w:r>
    </w:p>
    <w:p w14:paraId="6480B699" w14:textId="77777777" w:rsidR="00C50212" w:rsidRDefault="00000000">
      <w:pPr>
        <w:pStyle w:val="ListBullet"/>
      </w:pPr>
      <w:r>
        <w:t>Optimized PostgreSQL processing time from 20 minutes to 200 milliseconds.</w:t>
      </w:r>
    </w:p>
    <w:p w14:paraId="38EA0258" w14:textId="77777777" w:rsidR="00C50212" w:rsidRDefault="00000000">
      <w:pPr>
        <w:pStyle w:val="ListBullet"/>
      </w:pPr>
      <w:r>
        <w:t>Processed 300+ business transactions per day using event-driven architecture.</w:t>
      </w:r>
    </w:p>
    <w:p w14:paraId="0468BFFE" w14:textId="77777777" w:rsidR="00C50212" w:rsidRDefault="00000000">
      <w:pPr>
        <w:pStyle w:val="ListBullet"/>
      </w:pPr>
      <w:r>
        <w:t>Led DevOps transformation initiatives across 27 enterprise projects.</w:t>
      </w:r>
    </w:p>
    <w:p w14:paraId="419A1478" w14:textId="77777777" w:rsidR="00C50212" w:rsidRDefault="00000000">
      <w:pPr>
        <w:pStyle w:val="ListBullet"/>
      </w:pPr>
      <w:r>
        <w:t>Migrated monolithic applications to modular architecture.</w:t>
      </w:r>
    </w:p>
    <w:p w14:paraId="4F1004FA" w14:textId="77777777" w:rsidR="00C50212" w:rsidRDefault="00000000">
      <w:pPr>
        <w:pStyle w:val="ListBullet"/>
      </w:pPr>
      <w:r>
        <w:t>Migrated Human Capital Management services from .NET to Golang.</w:t>
      </w:r>
    </w:p>
    <w:p w14:paraId="349BCC4E" w14:textId="77777777" w:rsidR="00C50212" w:rsidRDefault="00000000">
      <w:pPr>
        <w:pStyle w:val="Heading1"/>
      </w:pPr>
      <w:r>
        <w:t>Core Skills</w:t>
      </w:r>
    </w:p>
    <w:p w14:paraId="57F98BE0" w14:textId="77777777" w:rsidR="00C50212" w:rsidRDefault="00000000">
      <w:r>
        <w:t>Languages: Java, Golang</w:t>
      </w:r>
      <w:r>
        <w:br/>
        <w:t>Frameworks: Spring Boot, Quarkus</w:t>
      </w:r>
      <w:r>
        <w:br/>
        <w:t>Databases: PostgreSQL, Oracle, MySQL, Redis</w:t>
      </w:r>
      <w:r>
        <w:br/>
        <w:t>Messaging: Kafka</w:t>
      </w:r>
      <w:r>
        <w:br/>
        <w:t>Cloud &amp; Platform: Kubernetes, Docker, Jenkins, GitLab CI/CD</w:t>
      </w:r>
      <w:r>
        <w:br/>
        <w:t>Observability: Grafana, Datadog</w:t>
      </w:r>
      <w:r>
        <w:br/>
        <w:t>Security: Fortify, Aqua Security</w:t>
      </w:r>
      <w:r>
        <w:br/>
        <w:t>Architecture: Microservices, Event-Driven Architecture, System Design, Solution Architecture</w:t>
      </w:r>
      <w:r>
        <w:br/>
        <w:t>Methodology: Agile Scrum, DevOps, DevSecOps</w:t>
      </w:r>
    </w:p>
    <w:p w14:paraId="1B77EB6A" w14:textId="77777777" w:rsidR="00C50212" w:rsidRDefault="00000000">
      <w:pPr>
        <w:pStyle w:val="Heading1"/>
      </w:pPr>
      <w:r>
        <w:t>Selected Enterprise Projects</w:t>
      </w:r>
    </w:p>
    <w:p w14:paraId="628F0F95" w14:textId="7B6AFC93" w:rsidR="00C50212" w:rsidRDefault="00000000">
      <w:pPr>
        <w:pStyle w:val="ListBullet"/>
      </w:pPr>
      <w:r>
        <w:t xml:space="preserve">IFG Life – </w:t>
      </w:r>
      <w:r w:rsidR="008A39E7">
        <w:t>Document Correspondence Management System</w:t>
      </w:r>
    </w:p>
    <w:p w14:paraId="2555AB4F" w14:textId="77777777" w:rsidR="00C50212" w:rsidRDefault="00000000">
      <w:pPr>
        <w:pStyle w:val="ListBullet"/>
      </w:pPr>
      <w:r>
        <w:lastRenderedPageBreak/>
        <w:t>Bank Mandiri – New Branch Delivery System (NBDS)</w:t>
      </w:r>
    </w:p>
    <w:p w14:paraId="6299C9EB" w14:textId="77777777" w:rsidR="00C50212" w:rsidRDefault="00000000">
      <w:pPr>
        <w:pStyle w:val="ListBullet"/>
      </w:pPr>
      <w:r>
        <w:t>Adira Finance – QPC Platform</w:t>
      </w:r>
    </w:p>
    <w:p w14:paraId="40E41C81" w14:textId="77777777" w:rsidR="00C50212" w:rsidRDefault="00000000">
      <w:pPr>
        <w:pStyle w:val="ListBullet"/>
      </w:pPr>
      <w:r>
        <w:t>Open Banking Platform</w:t>
      </w:r>
    </w:p>
    <w:p w14:paraId="0A265C6E" w14:textId="77777777" w:rsidR="00C50212" w:rsidRDefault="00000000">
      <w:pPr>
        <w:pStyle w:val="ListBullet"/>
      </w:pPr>
      <w:r>
        <w:t>Loan Management System with Activiti BPMN</w:t>
      </w:r>
    </w:p>
    <w:p w14:paraId="7CB49A16" w14:textId="77777777" w:rsidR="00C50212" w:rsidRDefault="00000000">
      <w:pPr>
        <w:pStyle w:val="Heading1"/>
      </w:pPr>
      <w:r>
        <w:t>Professional Experience</w:t>
      </w:r>
    </w:p>
    <w:p w14:paraId="37882BB0" w14:textId="77777777" w:rsidR="00C50212" w:rsidRDefault="00000000">
      <w:pPr>
        <w:pStyle w:val="Heading2"/>
      </w:pPr>
      <w:r>
        <w:t>PT Accord Innovations Indonesia (IFG Life)</w:t>
      </w:r>
    </w:p>
    <w:p w14:paraId="7E00D5C7" w14:textId="3B8F1934" w:rsidR="00C50212" w:rsidRDefault="00000000">
      <w:r>
        <w:t xml:space="preserve">Dev </w:t>
      </w:r>
      <w:proofErr w:type="gramStart"/>
      <w:r>
        <w:t>Lead</w:t>
      </w:r>
      <w:proofErr w:type="gramEnd"/>
      <w:r>
        <w:t xml:space="preserve"> / Senior Backend Engineer | May 2024 – </w:t>
      </w:r>
      <w:r w:rsidR="00DD0481">
        <w:t>March 2026</w:t>
      </w:r>
    </w:p>
    <w:p w14:paraId="01162124" w14:textId="77777777" w:rsidR="00C50212" w:rsidRDefault="00000000">
      <w:pPr>
        <w:pStyle w:val="ListBullet"/>
      </w:pPr>
      <w:r>
        <w:t>Lead a team of 3 backend engineers responsible for 7 business-critical microservices.</w:t>
      </w:r>
    </w:p>
    <w:p w14:paraId="4902207E" w14:textId="77777777" w:rsidR="00C50212" w:rsidRDefault="00000000">
      <w:pPr>
        <w:pStyle w:val="ListBullet"/>
      </w:pPr>
      <w:r>
        <w:t>Designed and implemented event-driven architecture using Java, Quarkus, Kafka, PostgreSQL, Redis, and Kubernetes.</w:t>
      </w:r>
    </w:p>
    <w:p w14:paraId="71A56760" w14:textId="77777777" w:rsidR="00C50212" w:rsidRDefault="00000000">
      <w:pPr>
        <w:pStyle w:val="ListBullet"/>
      </w:pPr>
      <w:r>
        <w:t>Processed 300+ business transactions per day and optimized PostgreSQL workloads from 20 minutes to approximately 200 milliseconds.</w:t>
      </w:r>
    </w:p>
    <w:p w14:paraId="717BBEDD" w14:textId="401231D1" w:rsidR="00C50212" w:rsidRDefault="00000000" w:rsidP="008A39E7">
      <w:pPr>
        <w:pStyle w:val="ListBullet"/>
      </w:pPr>
      <w:r>
        <w:t>Developed</w:t>
      </w:r>
      <w:r w:rsidR="008A39E7" w:rsidRPr="008A39E7">
        <w:t xml:space="preserve"> </w:t>
      </w:r>
      <w:r w:rsidR="008A39E7">
        <w:t>Document Correspondence Management System</w:t>
      </w:r>
      <w:r>
        <w:t>.</w:t>
      </w:r>
    </w:p>
    <w:p w14:paraId="33562131" w14:textId="77777777" w:rsidR="00C50212" w:rsidRDefault="00000000">
      <w:pPr>
        <w:pStyle w:val="ListBullet"/>
      </w:pPr>
      <w:r>
        <w:t>Participated in architecture reviews and Kubernetes deployment activities.</w:t>
      </w:r>
    </w:p>
    <w:p w14:paraId="0A4426DA" w14:textId="77777777" w:rsidR="00C50212" w:rsidRDefault="00000000">
      <w:pPr>
        <w:pStyle w:val="ListBullet"/>
      </w:pPr>
      <w:r>
        <w:t>Performed Root Cause Analysis (RCA) for production incidents and implemented reliability improvements.</w:t>
      </w:r>
    </w:p>
    <w:p w14:paraId="739328B2" w14:textId="77777777" w:rsidR="00C50212" w:rsidRDefault="00000000">
      <w:pPr>
        <w:pStyle w:val="ListBullet"/>
      </w:pPr>
      <w:r>
        <w:t>Implemented observability using Grafana (Development/UAT) and Datadog (Production).</w:t>
      </w:r>
    </w:p>
    <w:p w14:paraId="6F8D3B02" w14:textId="77777777" w:rsidR="00C50212" w:rsidRDefault="00000000">
      <w:pPr>
        <w:pStyle w:val="ListBullet"/>
      </w:pPr>
      <w:r>
        <w:t>Performed Fortify and Aqua Security remediation, secure coding improvements, code reviews, and technical mentoring.</w:t>
      </w:r>
    </w:p>
    <w:p w14:paraId="181DAFCB" w14:textId="77777777" w:rsidR="00C50212" w:rsidRDefault="00000000">
      <w:pPr>
        <w:pStyle w:val="Heading2"/>
      </w:pPr>
      <w:r>
        <w:t>PT Jasa Teknologi Informasi IBM</w:t>
      </w:r>
    </w:p>
    <w:p w14:paraId="45EDC029" w14:textId="7C8C06B9" w:rsidR="00C50212" w:rsidRDefault="00000000">
      <w:r>
        <w:t xml:space="preserve">Software Engineer | Apr 2023 – </w:t>
      </w:r>
      <w:r w:rsidR="00DD0481">
        <w:t>Apr 2024</w:t>
      </w:r>
    </w:p>
    <w:p w14:paraId="4CF1AE53" w14:textId="77777777" w:rsidR="00C50212" w:rsidRDefault="00000000">
      <w:pPr>
        <w:pStyle w:val="ListBullet"/>
      </w:pPr>
      <w:r>
        <w:t>Recruited to continue development of the New Branch Delivery System (NBDS) project for Bank Mandiri.</w:t>
      </w:r>
    </w:p>
    <w:p w14:paraId="6EB9804A" w14:textId="77777777" w:rsidR="00C50212" w:rsidRDefault="00000000">
      <w:pPr>
        <w:pStyle w:val="ListBullet"/>
      </w:pPr>
      <w:r>
        <w:t>Developed and maintained a mission-critical platform supporting branch operations across all Bank Mandiri branches nationwide.</w:t>
      </w:r>
    </w:p>
    <w:p w14:paraId="5D7B846D" w14:textId="77777777" w:rsidR="00C50212" w:rsidRDefault="00000000">
      <w:pPr>
        <w:pStyle w:val="ListBullet"/>
      </w:pPr>
      <w:r>
        <w:t>Developed Overbooking features and JasperReports-based reporting solutions.</w:t>
      </w:r>
    </w:p>
    <w:p w14:paraId="669438DD" w14:textId="77777777" w:rsidR="00C50212" w:rsidRDefault="00000000">
      <w:pPr>
        <w:pStyle w:val="ListBullet"/>
      </w:pPr>
      <w:r>
        <w:t>Handled production issue investigation, troubleshooting, bug fixing, and enhancement activities.</w:t>
      </w:r>
    </w:p>
    <w:p w14:paraId="5F566C5F" w14:textId="77777777" w:rsidR="00C50212" w:rsidRDefault="00000000">
      <w:pPr>
        <w:pStyle w:val="ListBullet"/>
      </w:pPr>
      <w:r>
        <w:t>Participated in migration of Human Capital Management services from .NET to Golang.</w:t>
      </w:r>
    </w:p>
    <w:p w14:paraId="11885C8B" w14:textId="77777777" w:rsidR="00C50212" w:rsidRDefault="00000000">
      <w:pPr>
        <w:pStyle w:val="ListBullet"/>
      </w:pPr>
      <w:r>
        <w:t>Developed backend services using Golang, MSSQL, Kafka, and Redis and contributed to an internal ReactJS E-Learning platform.</w:t>
      </w:r>
    </w:p>
    <w:p w14:paraId="375306C8" w14:textId="77777777" w:rsidR="00C50212" w:rsidRDefault="00000000">
      <w:pPr>
        <w:pStyle w:val="Heading2"/>
      </w:pPr>
      <w:r>
        <w:t>PT Lancesoft Indonesia</w:t>
      </w:r>
    </w:p>
    <w:p w14:paraId="0737E8AC" w14:textId="77777777" w:rsidR="00C50212" w:rsidRDefault="00000000">
      <w:r>
        <w:t>Senior Backend Engineer | Oct 2022 – Apr 2023</w:t>
      </w:r>
    </w:p>
    <w:p w14:paraId="06E5C2F0" w14:textId="77777777" w:rsidR="00C50212" w:rsidRDefault="00000000">
      <w:pPr>
        <w:pStyle w:val="ListBullet"/>
      </w:pPr>
      <w:r>
        <w:t>Developed and enhanced the New Branch Delivery System (NBDS) for Bank Mandiri.</w:t>
      </w:r>
    </w:p>
    <w:p w14:paraId="37742A5C" w14:textId="77777777" w:rsidR="00C50212" w:rsidRDefault="00000000">
      <w:pPr>
        <w:pStyle w:val="ListBullet"/>
      </w:pPr>
      <w:r>
        <w:t>Implemented business features, code reviews, and automated testing using JUnit.</w:t>
      </w:r>
    </w:p>
    <w:p w14:paraId="7E89D599" w14:textId="77777777" w:rsidR="00C50212" w:rsidRDefault="00000000">
      <w:pPr>
        <w:pStyle w:val="Heading2"/>
      </w:pPr>
      <w:r>
        <w:lastRenderedPageBreak/>
        <w:t>PT Harta Karun Indonesia (Ajaib)</w:t>
      </w:r>
    </w:p>
    <w:p w14:paraId="08D4480B" w14:textId="77777777" w:rsidR="00C50212" w:rsidRDefault="00000000">
      <w:r>
        <w:t>Senior Ops Tribe Engineer | Mar 2021 – Jul 2022</w:t>
      </w:r>
    </w:p>
    <w:p w14:paraId="52DC9268" w14:textId="77777777" w:rsidR="00C50212" w:rsidRDefault="00000000">
      <w:pPr>
        <w:pStyle w:val="ListBullet"/>
      </w:pPr>
      <w:r>
        <w:t>Developed internal operational platforms used across the entire Customer Operations division.</w:t>
      </w:r>
    </w:p>
    <w:p w14:paraId="72E97366" w14:textId="77777777" w:rsidR="00C50212" w:rsidRDefault="00000000">
      <w:pPr>
        <w:pStyle w:val="ListBullet"/>
      </w:pPr>
      <w:r>
        <w:t>Automated onboarding, fraud verification, and customer complaint workflows to reduce manual processing effort.</w:t>
      </w:r>
    </w:p>
    <w:p w14:paraId="00FD052C" w14:textId="77777777" w:rsidR="00C50212" w:rsidRDefault="00000000">
      <w:pPr>
        <w:pStyle w:val="ListBullet"/>
      </w:pPr>
      <w:r>
        <w:t>Built backend services using Java and Python and operational dashboards using Next.js.</w:t>
      </w:r>
    </w:p>
    <w:p w14:paraId="05BC18DE" w14:textId="77777777" w:rsidR="00C50212" w:rsidRDefault="00000000">
      <w:pPr>
        <w:pStyle w:val="Heading2"/>
      </w:pPr>
      <w:r>
        <w:t>PT Adira Finance</w:t>
      </w:r>
    </w:p>
    <w:p w14:paraId="1C12B2C0" w14:textId="77777777" w:rsidR="00C50212" w:rsidRDefault="00000000">
      <w:r>
        <w:t>Freelance Fullstack Engineer | Nov 2020 – Feb 2021</w:t>
      </w:r>
    </w:p>
    <w:p w14:paraId="14603446" w14:textId="77777777" w:rsidR="00C50212" w:rsidRDefault="00000000">
      <w:pPr>
        <w:pStyle w:val="ListBullet"/>
      </w:pPr>
      <w:r>
        <w:t>Participated in the design and development of the QPC platform.</w:t>
      </w:r>
    </w:p>
    <w:p w14:paraId="49C22C52" w14:textId="77777777" w:rsidR="00C50212" w:rsidRDefault="00000000">
      <w:pPr>
        <w:pStyle w:val="ListBullet"/>
      </w:pPr>
      <w:r>
        <w:t>Contributed to architecture design using Java, Kafka, PostgreSQL, Spring Boot, Node.js, React Native, and Vue.js.</w:t>
      </w:r>
    </w:p>
    <w:p w14:paraId="392B218A" w14:textId="77777777" w:rsidR="00C50212" w:rsidRDefault="00000000">
      <w:pPr>
        <w:pStyle w:val="ListBullet"/>
      </w:pPr>
      <w:r>
        <w:t>Implemented CI/CD pipelines using Jenkins, Docker, Kubernetes, and Alibaba Cloud.</w:t>
      </w:r>
    </w:p>
    <w:p w14:paraId="46B281E6" w14:textId="77777777" w:rsidR="00C50212" w:rsidRDefault="00000000">
      <w:pPr>
        <w:pStyle w:val="ListBullet"/>
      </w:pPr>
      <w:r>
        <w:t>Developed backend services and enterprise integrations.</w:t>
      </w:r>
    </w:p>
    <w:p w14:paraId="492E3B6E" w14:textId="77777777" w:rsidR="00C50212" w:rsidRDefault="00000000">
      <w:pPr>
        <w:pStyle w:val="Heading2"/>
      </w:pPr>
      <w:r>
        <w:t>PT Wide Technologies Indonesia (formerly PT Wirecard Technologies Indonesia)</w:t>
      </w:r>
    </w:p>
    <w:p w14:paraId="0DAAD3DD" w14:textId="77777777" w:rsidR="00C50212" w:rsidRDefault="00000000">
      <w:r>
        <w:t>Component Developer → Senior Component Developer → DevOps Engineer → Lead DevOps Engineer | Oct 2013 – Aug 2020</w:t>
      </w:r>
    </w:p>
    <w:p w14:paraId="6D8E8426" w14:textId="77777777" w:rsidR="00C50212" w:rsidRDefault="00000000">
      <w:pPr>
        <w:pStyle w:val="ListBullet"/>
      </w:pPr>
      <w:r>
        <w:t>Led DevOps transformation initiatives across 27 enterprise projects.</w:t>
      </w:r>
    </w:p>
    <w:p w14:paraId="0F708EDC" w14:textId="77777777" w:rsidR="00C50212" w:rsidRDefault="00000000">
      <w:pPr>
        <w:pStyle w:val="ListBullet"/>
      </w:pPr>
      <w:r>
        <w:t>Designed and implemented CI/CD platforms using Jenkins, Docker, SonarQube, Nexus, GitLab, Maven, Gradle, and Ansible.</w:t>
      </w:r>
    </w:p>
    <w:p w14:paraId="6C25345C" w14:textId="77777777" w:rsidR="00C50212" w:rsidRDefault="00000000">
      <w:pPr>
        <w:pStyle w:val="ListBullet"/>
      </w:pPr>
      <w:r>
        <w:t>Led migration initiatives from traditional deployments to Docker and Kubernetes platforms.</w:t>
      </w:r>
    </w:p>
    <w:p w14:paraId="6A568E3A" w14:textId="77777777" w:rsidR="00C50212" w:rsidRDefault="00000000">
      <w:pPr>
        <w:pStyle w:val="ListBullet"/>
      </w:pPr>
      <w:r>
        <w:t>Migrated monolithic applications into modular architecture to improve maintainability and scalability.</w:t>
      </w:r>
    </w:p>
    <w:p w14:paraId="159B3AFD" w14:textId="77777777" w:rsidR="00C50212" w:rsidRDefault="00000000">
      <w:pPr>
        <w:pStyle w:val="ListBullet"/>
      </w:pPr>
      <w:r>
        <w:t>Participated in Open Banking API design and enterprise integration initiatives.</w:t>
      </w:r>
    </w:p>
    <w:p w14:paraId="7F32AF4F" w14:textId="77777777" w:rsidR="00C50212" w:rsidRDefault="00000000">
      <w:pPr>
        <w:pStyle w:val="ListBullet"/>
      </w:pPr>
      <w:r>
        <w:t>Developed Identity Management, Payment Systems, Human Capital Management, Investment Management, and Open Banking solutions.</w:t>
      </w:r>
    </w:p>
    <w:p w14:paraId="567C5AC4" w14:textId="77777777" w:rsidR="00C50212" w:rsidRDefault="00000000">
      <w:pPr>
        <w:pStyle w:val="ListBullet"/>
      </w:pPr>
      <w:r>
        <w:t>Mentored 10 contract and internship engineers and established software delivery standards.</w:t>
      </w:r>
    </w:p>
    <w:p w14:paraId="7BB2EEC9" w14:textId="77777777" w:rsidR="00C50212" w:rsidRDefault="00000000">
      <w:pPr>
        <w:pStyle w:val="Heading2"/>
      </w:pPr>
      <w:r>
        <w:t>PT Skyworx Indonesia</w:t>
      </w:r>
    </w:p>
    <w:p w14:paraId="1A7F9034" w14:textId="77777777" w:rsidR="00C50212" w:rsidRDefault="00000000">
      <w:r>
        <w:t>R&amp;D Developer (Product Engineering) | Feb 2013 – Oct 2013</w:t>
      </w:r>
    </w:p>
    <w:p w14:paraId="2ACBE60C" w14:textId="77777777" w:rsidR="00C50212" w:rsidRDefault="00000000">
      <w:pPr>
        <w:pStyle w:val="ListBullet"/>
      </w:pPr>
      <w:r>
        <w:t>Enhanced a Loan Management System supporting lending operations.</w:t>
      </w:r>
    </w:p>
    <w:p w14:paraId="6B4514F3" w14:textId="77777777" w:rsidR="00C50212" w:rsidRDefault="00000000">
      <w:pPr>
        <w:pStyle w:val="ListBullet"/>
      </w:pPr>
      <w:r>
        <w:t>Developed workflow-driven forms integrated with Activiti BPMN Engine.</w:t>
      </w:r>
    </w:p>
    <w:p w14:paraId="5441B021" w14:textId="77777777" w:rsidR="00C50212" w:rsidRDefault="00000000">
      <w:pPr>
        <w:pStyle w:val="ListBullet"/>
      </w:pPr>
      <w:r>
        <w:t>Implemented business features using Java, Spring Framework, Hibernate, JSF, and MySQL.</w:t>
      </w:r>
    </w:p>
    <w:p w14:paraId="770EB395" w14:textId="77777777" w:rsidR="00C50212" w:rsidRDefault="00000000">
      <w:pPr>
        <w:pStyle w:val="Heading1"/>
      </w:pPr>
      <w:r>
        <w:lastRenderedPageBreak/>
        <w:t>Certifications</w:t>
      </w:r>
    </w:p>
    <w:p w14:paraId="0A0C53EB" w14:textId="23F0110B" w:rsidR="00C50212" w:rsidRDefault="00000000">
      <w:pPr>
        <w:pStyle w:val="ListBullet"/>
      </w:pPr>
      <w:r>
        <w:t xml:space="preserve">SQL (Advanced) – </w:t>
      </w:r>
      <w:proofErr w:type="spellStart"/>
      <w:r>
        <w:t>HackerRank</w:t>
      </w:r>
      <w:proofErr w:type="spellEnd"/>
      <w:r>
        <w:t xml:space="preserve"> |</w:t>
      </w:r>
      <w:r w:rsidR="00E460FC">
        <w:t xml:space="preserve"> </w:t>
      </w:r>
      <w:r w:rsidR="00E460FC" w:rsidRPr="00E460FC">
        <w:t>https://www.hackerrank.com/certificates/b65c118a6988</w:t>
      </w:r>
    </w:p>
    <w:p w14:paraId="15FC0A5B" w14:textId="0FACB36A" w:rsidR="00C50212" w:rsidRDefault="00000000">
      <w:pPr>
        <w:pStyle w:val="ListBullet"/>
      </w:pPr>
      <w:r>
        <w:t xml:space="preserve">Problem Solving (Intermediate) – </w:t>
      </w:r>
      <w:proofErr w:type="spellStart"/>
      <w:r>
        <w:t>HackerRank</w:t>
      </w:r>
      <w:proofErr w:type="spellEnd"/>
      <w:r>
        <w:t xml:space="preserve"> | </w:t>
      </w:r>
      <w:r w:rsidR="00E460FC" w:rsidRPr="00E460FC">
        <w:t>https://www.hackerrank.com/certificates/b2a354f61f76</w:t>
      </w:r>
    </w:p>
    <w:p w14:paraId="01261071" w14:textId="7FABE8E0" w:rsidR="00C50212" w:rsidRDefault="00000000">
      <w:pPr>
        <w:pStyle w:val="ListBullet"/>
      </w:pPr>
      <w:r>
        <w:t xml:space="preserve">Go (Intermediate) – </w:t>
      </w:r>
      <w:proofErr w:type="spellStart"/>
      <w:r>
        <w:t>HackerRank</w:t>
      </w:r>
      <w:proofErr w:type="spellEnd"/>
      <w:r>
        <w:t xml:space="preserve"> | </w:t>
      </w:r>
      <w:r w:rsidR="00E460FC" w:rsidRPr="00E460FC">
        <w:t>https://www.hackerrank.com/certificates/9fd31e9633ed</w:t>
      </w:r>
    </w:p>
    <w:p w14:paraId="2C516830" w14:textId="453749D9" w:rsidR="00C50212" w:rsidRDefault="00000000">
      <w:pPr>
        <w:pStyle w:val="ListBullet"/>
      </w:pPr>
      <w:r>
        <w:t xml:space="preserve">Software Engineer – HackerRank | </w:t>
      </w:r>
      <w:r w:rsidR="00E460FC" w:rsidRPr="00E460FC">
        <w:t>https://www.hackerrank.com/certificates/4dee596e841c</w:t>
      </w:r>
    </w:p>
    <w:p w14:paraId="4A16C890" w14:textId="77777777" w:rsidR="00C50212" w:rsidRDefault="00000000">
      <w:pPr>
        <w:pStyle w:val="Heading1"/>
      </w:pPr>
      <w:r>
        <w:t>Education</w:t>
      </w:r>
    </w:p>
    <w:p w14:paraId="67191A75" w14:textId="77777777" w:rsidR="00C50212" w:rsidRDefault="00000000">
      <w:r>
        <w:t>Bachelor of Science in Computer Science – Universitas Majalengka (2009–2012)</w:t>
      </w:r>
    </w:p>
    <w:p w14:paraId="4918F071" w14:textId="77777777" w:rsidR="00C50212" w:rsidRDefault="00000000">
      <w:pPr>
        <w:pStyle w:val="Heading1"/>
      </w:pPr>
      <w:r>
        <w:t>Additional Information</w:t>
      </w:r>
    </w:p>
    <w:p w14:paraId="5CCCF524" w14:textId="7D2D7B82" w:rsidR="00C50212" w:rsidRDefault="00000000">
      <w:r>
        <w:t>Languages: Bahasa Indonesia (Native), English (</w:t>
      </w:r>
      <w:r w:rsidR="008A39E7">
        <w:t>Basic</w:t>
      </w:r>
      <w:r>
        <w:t>)</w:t>
      </w:r>
    </w:p>
    <w:p w14:paraId="3DE55AF7" w14:textId="77777777" w:rsidR="00C50212" w:rsidRDefault="00000000">
      <w:r>
        <w:t>Domain Expertise: Banking, Open Banking, Payments, Lending, Fintech, Insurance, Fraud Verification, Identity Management</w:t>
      </w:r>
    </w:p>
    <w:sectPr w:rsidR="00C5021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82180841">
    <w:abstractNumId w:val="8"/>
  </w:num>
  <w:num w:numId="2" w16cid:durableId="1431391409">
    <w:abstractNumId w:val="6"/>
  </w:num>
  <w:num w:numId="3" w16cid:durableId="677580513">
    <w:abstractNumId w:val="5"/>
  </w:num>
  <w:num w:numId="4" w16cid:durableId="918563592">
    <w:abstractNumId w:val="4"/>
  </w:num>
  <w:num w:numId="5" w16cid:durableId="1959991218">
    <w:abstractNumId w:val="7"/>
  </w:num>
  <w:num w:numId="6" w16cid:durableId="1707557115">
    <w:abstractNumId w:val="3"/>
  </w:num>
  <w:num w:numId="7" w16cid:durableId="53506245">
    <w:abstractNumId w:val="2"/>
  </w:num>
  <w:num w:numId="8" w16cid:durableId="510679801">
    <w:abstractNumId w:val="1"/>
  </w:num>
  <w:num w:numId="9" w16cid:durableId="692416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D4156"/>
    <w:rsid w:val="0029639D"/>
    <w:rsid w:val="00326F90"/>
    <w:rsid w:val="008A39E7"/>
    <w:rsid w:val="009234A1"/>
    <w:rsid w:val="00AA1D8D"/>
    <w:rsid w:val="00B47730"/>
    <w:rsid w:val="00B73F2F"/>
    <w:rsid w:val="00C50212"/>
    <w:rsid w:val="00CB0664"/>
    <w:rsid w:val="00CF77C5"/>
    <w:rsid w:val="00DD0481"/>
    <w:rsid w:val="00E460FC"/>
    <w:rsid w:val="00F22A91"/>
    <w:rsid w:val="00F3632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E4BED6"/>
  <w14:defaultImageDpi w14:val="300"/>
  <w15:docId w15:val="{3645FE5C-11E1-4845-8681-F7DC0F101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460F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60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budi suryadi</cp:lastModifiedBy>
  <cp:revision>2</cp:revision>
  <cp:lastPrinted>2026-06-08T04:11:00Z</cp:lastPrinted>
  <dcterms:created xsi:type="dcterms:W3CDTF">2026-06-08T04:12:00Z</dcterms:created>
  <dcterms:modified xsi:type="dcterms:W3CDTF">2026-06-08T04:12:00Z</dcterms:modified>
  <cp:category/>
</cp:coreProperties>
</file>